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E35F7C" w14:textId="106F05E7" w:rsidR="00155462" w:rsidRPr="003D5870" w:rsidRDefault="005E6243" w:rsidP="003D5870">
      <w:pPr>
        <w:pStyle w:val="Ttulo1"/>
        <w:tabs>
          <w:tab w:val="left" w:pos="-567"/>
        </w:tabs>
        <w:spacing w:line="360" w:lineRule="auto"/>
        <w:ind w:left="-567"/>
        <w:jc w:val="center"/>
      </w:pPr>
      <w:r>
        <w:br/>
      </w:r>
      <w:r w:rsidR="00836FB6" w:rsidRPr="003D5870">
        <w:t>CERTIFICADO DE APORTES PROPIOS</w:t>
      </w:r>
    </w:p>
    <w:p w14:paraId="08D2DD0F" w14:textId="3CA241A9" w:rsidR="00155462" w:rsidRPr="003D5870" w:rsidRDefault="00836FB6" w:rsidP="003D5870">
      <w:pPr>
        <w:tabs>
          <w:tab w:val="left" w:pos="-567"/>
        </w:tabs>
        <w:spacing w:line="360" w:lineRule="auto"/>
        <w:ind w:left="-567"/>
        <w:jc w:val="right"/>
      </w:pPr>
      <w:r w:rsidRPr="003D5870">
        <w:br/>
      </w:r>
      <w:r w:rsidRPr="003D5870">
        <w:rPr>
          <w:b/>
        </w:rPr>
        <w:t xml:space="preserve">Fecha: </w:t>
      </w:r>
      <w:r w:rsidRPr="003D5870">
        <w:t xml:space="preserve">____ / ____ / </w:t>
      </w:r>
      <w:r w:rsidR="003D5870">
        <w:t>2026</w:t>
      </w:r>
      <w:r w:rsidRPr="003D5870">
        <w:br/>
      </w:r>
      <w:r w:rsidRPr="003D5870">
        <w:br/>
      </w:r>
    </w:p>
    <w:p w14:paraId="1C774717" w14:textId="61C3F1FE" w:rsidR="00155462" w:rsidRPr="003D5870" w:rsidRDefault="00836FB6" w:rsidP="003D5870">
      <w:pPr>
        <w:tabs>
          <w:tab w:val="left" w:pos="-567"/>
        </w:tabs>
        <w:spacing w:line="360" w:lineRule="auto"/>
        <w:ind w:left="-567"/>
        <w:jc w:val="both"/>
      </w:pPr>
      <w:r w:rsidRPr="003D5870">
        <w:t>Yo, _______________________________________</w:t>
      </w:r>
      <w:r w:rsidR="003D5870">
        <w:t>_______</w:t>
      </w:r>
      <w:r w:rsidRPr="003D5870">
        <w:t>,</w:t>
      </w:r>
      <w:r w:rsidR="003D5870">
        <w:t xml:space="preserve"> </w:t>
      </w:r>
      <w:r w:rsidRPr="003D5870">
        <w:t xml:space="preserve">cédula de identidad </w:t>
      </w:r>
      <w:r w:rsidR="003D5870" w:rsidRPr="003D5870">
        <w:t>N°</w:t>
      </w:r>
      <w:r w:rsidRPr="003D5870">
        <w:t xml:space="preserve"> __________________</w:t>
      </w:r>
      <w:r w:rsidR="003D5870">
        <w:t>_</w:t>
      </w:r>
      <w:r w:rsidRPr="003D5870">
        <w:t xml:space="preserve">, en mi calidad de Representante Legal </w:t>
      </w:r>
      <w:r w:rsidR="00434230" w:rsidRPr="003D5870">
        <w:t>de</w:t>
      </w:r>
      <w:r w:rsidR="003D5870">
        <w:t xml:space="preserve"> la organización </w:t>
      </w:r>
      <w:r w:rsidR="00434230" w:rsidRPr="003D5870">
        <w:rPr>
          <w:u w:val="single"/>
        </w:rPr>
        <w:t xml:space="preserve">                                           </w:t>
      </w:r>
      <w:r w:rsidR="003D5870">
        <w:rPr>
          <w:u w:val="single"/>
        </w:rPr>
        <w:t>“</w:t>
      </w:r>
      <w:r w:rsidR="003D5870">
        <w:t xml:space="preserve">_______________________________________________________________________________________” </w:t>
      </w:r>
      <w:r w:rsidRPr="003D5870">
        <w:t>certifico que la institución efectuó un aporte propio por un monto de $______________</w:t>
      </w:r>
      <w:r w:rsidR="003D5870">
        <w:t>_______</w:t>
      </w:r>
      <w:r w:rsidRPr="003D5870">
        <w:t xml:space="preserve"> pesos, destinado a complementar los recursos transferidos por la Municipalidad de Santiago para la ejecución del proyecto objeto del convenio.</w:t>
      </w:r>
    </w:p>
    <w:p w14:paraId="26EF1180" w14:textId="77777777" w:rsidR="00155462" w:rsidRPr="003D5870" w:rsidRDefault="00836FB6" w:rsidP="003D5870">
      <w:pPr>
        <w:tabs>
          <w:tab w:val="left" w:pos="-567"/>
        </w:tabs>
        <w:spacing w:line="360" w:lineRule="auto"/>
        <w:ind w:left="-567"/>
        <w:jc w:val="both"/>
      </w:pPr>
      <w:r w:rsidRPr="003D5870">
        <w:t>Asimismo, declaro que dichos recursos fueron financiados íntegramente con fondos propios de la institución y utilizados exclusivamente en la ejecución de las actividades comprometidas en el convenio, razón por la cual el monto total rendido supera el monto efectivamente transferido por la Municipalidad de Santiago.</w:t>
      </w:r>
    </w:p>
    <w:p w14:paraId="3C7F34AA" w14:textId="77777777" w:rsidR="00155462" w:rsidRPr="003D5870" w:rsidRDefault="00836FB6" w:rsidP="003D5870">
      <w:pPr>
        <w:tabs>
          <w:tab w:val="left" w:pos="-567"/>
        </w:tabs>
        <w:spacing w:line="360" w:lineRule="auto"/>
        <w:ind w:left="-567"/>
        <w:jc w:val="both"/>
      </w:pPr>
      <w:r w:rsidRPr="003D5870">
        <w:t>Se extiende el presente certificado para ser presentado ante la Municipalidad de Santiago como antecedente de respaldo del proceso de rendición de cuentas.</w:t>
      </w:r>
    </w:p>
    <w:p w14:paraId="47757F1D" w14:textId="77777777" w:rsidR="003D5870" w:rsidRDefault="00836FB6" w:rsidP="003D5870">
      <w:pPr>
        <w:tabs>
          <w:tab w:val="left" w:pos="-567"/>
        </w:tabs>
        <w:spacing w:line="360" w:lineRule="auto"/>
        <w:ind w:left="-567"/>
        <w:jc w:val="both"/>
      </w:pPr>
      <w:r w:rsidRPr="003D5870">
        <w:br/>
        <w:t>Nombre del Representante Legal</w:t>
      </w:r>
      <w:r w:rsidR="003D5870">
        <w:tab/>
      </w:r>
      <w:r w:rsidRPr="003D5870">
        <w:t>: ______________________________</w:t>
      </w:r>
    </w:p>
    <w:p w14:paraId="5E85F02A" w14:textId="6B58C474" w:rsidR="00155462" w:rsidRPr="003D5870" w:rsidRDefault="00836FB6" w:rsidP="003D5870">
      <w:pPr>
        <w:tabs>
          <w:tab w:val="left" w:pos="-567"/>
        </w:tabs>
        <w:spacing w:line="360" w:lineRule="auto"/>
        <w:ind w:left="-567"/>
        <w:jc w:val="both"/>
      </w:pPr>
      <w:r w:rsidRPr="003D5870">
        <w:t>RUT</w:t>
      </w:r>
      <w:r w:rsidR="003D5870">
        <w:tab/>
      </w:r>
      <w:r w:rsidR="003D5870">
        <w:tab/>
      </w:r>
      <w:r w:rsidR="003D5870">
        <w:tab/>
      </w:r>
      <w:r w:rsidR="003D5870">
        <w:tab/>
      </w:r>
      <w:r w:rsidR="003D5870">
        <w:tab/>
      </w:r>
      <w:r w:rsidRPr="003D5870">
        <w:t>: ______________________________</w:t>
      </w:r>
    </w:p>
    <w:p w14:paraId="535B6C79" w14:textId="4296FAD6" w:rsidR="00155462" w:rsidRPr="003D5870" w:rsidRDefault="00836FB6" w:rsidP="003D5870">
      <w:pPr>
        <w:tabs>
          <w:tab w:val="left" w:pos="-567"/>
        </w:tabs>
        <w:spacing w:line="360" w:lineRule="auto"/>
        <w:ind w:left="-567"/>
        <w:jc w:val="both"/>
      </w:pPr>
      <w:r w:rsidRPr="003D5870">
        <w:br/>
        <w:t>Firma</w:t>
      </w:r>
      <w:r w:rsidR="003D5870">
        <w:tab/>
      </w:r>
      <w:r w:rsidR="003D5870">
        <w:tab/>
      </w:r>
      <w:r w:rsidR="003D5870">
        <w:tab/>
      </w:r>
      <w:r w:rsidR="003D5870">
        <w:tab/>
      </w:r>
      <w:r w:rsidR="003D5870">
        <w:tab/>
      </w:r>
      <w:r w:rsidRPr="003D5870">
        <w:t>: ____________________________</w:t>
      </w:r>
      <w:r w:rsidR="003D5870">
        <w:t>___</w:t>
      </w:r>
    </w:p>
    <w:p w14:paraId="48AC4831" w14:textId="77777777" w:rsidR="003D5870" w:rsidRDefault="003D5870" w:rsidP="003D5870">
      <w:pPr>
        <w:tabs>
          <w:tab w:val="left" w:pos="-567"/>
        </w:tabs>
        <w:spacing w:line="360" w:lineRule="auto"/>
        <w:ind w:left="-567"/>
        <w:jc w:val="both"/>
      </w:pPr>
    </w:p>
    <w:p w14:paraId="755D4967" w14:textId="6FAEA8C5" w:rsidR="00155462" w:rsidRDefault="00836FB6" w:rsidP="003D5870">
      <w:pPr>
        <w:tabs>
          <w:tab w:val="left" w:pos="-567"/>
        </w:tabs>
        <w:spacing w:line="360" w:lineRule="auto"/>
        <w:ind w:left="-567"/>
        <w:jc w:val="both"/>
      </w:pPr>
      <w:r w:rsidRPr="003D5870">
        <w:t xml:space="preserve">Timbre de la Institución </w:t>
      </w:r>
      <w:r w:rsidR="003D5870">
        <w:tab/>
      </w:r>
      <w:r w:rsidR="003D5870">
        <w:tab/>
        <w:t>: _______________________________</w:t>
      </w:r>
    </w:p>
    <w:sectPr w:rsidR="00155462" w:rsidSect="003D5870">
      <w:headerReference w:type="default" r:id="rId8"/>
      <w:pgSz w:w="12240" w:h="15840"/>
      <w:pgMar w:top="1135" w:right="1183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17B062" w14:textId="77777777" w:rsidR="006F4F46" w:rsidRDefault="006F4F46" w:rsidP="005E6243">
      <w:pPr>
        <w:spacing w:after="0" w:line="240" w:lineRule="auto"/>
      </w:pPr>
      <w:r>
        <w:separator/>
      </w:r>
    </w:p>
  </w:endnote>
  <w:endnote w:type="continuationSeparator" w:id="0">
    <w:p w14:paraId="290B3B87" w14:textId="77777777" w:rsidR="006F4F46" w:rsidRDefault="006F4F46" w:rsidP="005E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1CAEB1" w14:textId="77777777" w:rsidR="006F4F46" w:rsidRDefault="006F4F46" w:rsidP="005E6243">
      <w:pPr>
        <w:spacing w:after="0" w:line="240" w:lineRule="auto"/>
      </w:pPr>
      <w:r>
        <w:separator/>
      </w:r>
    </w:p>
  </w:footnote>
  <w:footnote w:type="continuationSeparator" w:id="0">
    <w:p w14:paraId="44F0F0DF" w14:textId="77777777" w:rsidR="006F4F46" w:rsidRDefault="006F4F46" w:rsidP="005E6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02230" w14:textId="64481235" w:rsidR="005E6243" w:rsidRDefault="005E6243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8240" behindDoc="1" locked="0" layoutInCell="1" allowOverlap="1" wp14:anchorId="3BEF67FA" wp14:editId="001067E9">
          <wp:simplePos x="0" y="0"/>
          <wp:positionH relativeFrom="column">
            <wp:posOffset>-556182</wp:posOffset>
          </wp:positionH>
          <wp:positionV relativeFrom="paragraph">
            <wp:posOffset>4445</wp:posOffset>
          </wp:positionV>
          <wp:extent cx="1732868" cy="707010"/>
          <wp:effectExtent l="0" t="0" r="0" b="0"/>
          <wp:wrapNone/>
          <wp:docPr id="112679132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6791325" name="Imagen 11267913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2868" cy="707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807255">
    <w:abstractNumId w:val="8"/>
  </w:num>
  <w:num w:numId="2" w16cid:durableId="81755988">
    <w:abstractNumId w:val="6"/>
  </w:num>
  <w:num w:numId="3" w16cid:durableId="1810976871">
    <w:abstractNumId w:val="5"/>
  </w:num>
  <w:num w:numId="4" w16cid:durableId="381368066">
    <w:abstractNumId w:val="4"/>
  </w:num>
  <w:num w:numId="5" w16cid:durableId="1516268007">
    <w:abstractNumId w:val="7"/>
  </w:num>
  <w:num w:numId="6" w16cid:durableId="604072611">
    <w:abstractNumId w:val="3"/>
  </w:num>
  <w:num w:numId="7" w16cid:durableId="1727337679">
    <w:abstractNumId w:val="2"/>
  </w:num>
  <w:num w:numId="8" w16cid:durableId="742606857">
    <w:abstractNumId w:val="1"/>
  </w:num>
  <w:num w:numId="9" w16cid:durableId="2362118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70FE"/>
    <w:rsid w:val="0015074B"/>
    <w:rsid w:val="00155462"/>
    <w:rsid w:val="0029639D"/>
    <w:rsid w:val="00326F90"/>
    <w:rsid w:val="003B3523"/>
    <w:rsid w:val="003D5870"/>
    <w:rsid w:val="00434230"/>
    <w:rsid w:val="005E6243"/>
    <w:rsid w:val="006F4F46"/>
    <w:rsid w:val="007A5B77"/>
    <w:rsid w:val="00836FB6"/>
    <w:rsid w:val="00AA1D8D"/>
    <w:rsid w:val="00B47730"/>
    <w:rsid w:val="00BA38DD"/>
    <w:rsid w:val="00C03712"/>
    <w:rsid w:val="00CB0664"/>
    <w:rsid w:val="00DD37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0E2C6E"/>
  <w14:defaultImageDpi w14:val="300"/>
  <w15:docId w15:val="{95195005-15B2-4A64-A3F6-18620DBE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lang w:val="es-C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1051</Characters>
  <Application>Microsoft Office Word</Application>
  <DocSecurity>0</DocSecurity>
  <Lines>131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Antonio .</cp:lastModifiedBy>
  <cp:revision>3</cp:revision>
  <dcterms:created xsi:type="dcterms:W3CDTF">2026-10-02T13:04:00Z</dcterms:created>
  <dcterms:modified xsi:type="dcterms:W3CDTF">2026-10-02T18:44:00Z</dcterms:modified>
  <cp:category/>
</cp:coreProperties>
</file>